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MOBILE PHONE REPAIR TECHNICIAN</w:t>
      </w:r>
    </w:p>
    <w:p>
      <w:r>
        <w:t>Name: __________________________</w:t>
      </w:r>
    </w:p>
    <w:p>
      <w:r>
        <w:t>Mobile: ________________________</w:t>
      </w:r>
    </w:p>
    <w:p>
      <w:r>
        <w:t>Email: _________________________</w:t>
      </w:r>
    </w:p>
    <w:p>
      <w:r>
        <w:t>Location: ______________________</w:t>
      </w:r>
    </w:p>
    <w:p/>
    <w:p>
      <w:r>
        <w:t>Career Objective</w:t>
      </w:r>
    </w:p>
    <w:p>
      <w:r>
        <w:t>Dedicated mobile phone repair technician with hands-on knowledge of smartphone hardware and software repair. Seeking an opportunity to use my skills, improve my experience, and provide quality service.</w:t>
      </w:r>
    </w:p>
    <w:p/>
    <w:p>
      <w:r>
        <w:t>Technical Skills</w:t>
      </w:r>
    </w:p>
    <w:p>
      <w:r>
        <w:t>- Smartphone hardware repair</w:t>
      </w:r>
    </w:p>
    <w:p>
      <w:r>
        <w:t>- Android software troubleshooting</w:t>
      </w:r>
    </w:p>
    <w:p>
      <w:r>
        <w:t>- iPhone basic repair</w:t>
      </w:r>
    </w:p>
    <w:p>
      <w:r>
        <w:t>- Screen and battery replacement</w:t>
      </w:r>
    </w:p>
    <w:p>
      <w:r>
        <w:t>- Charging and power issues repair</w:t>
      </w:r>
    </w:p>
    <w:p>
      <w:r>
        <w:t>- Fault diagnosis</w:t>
      </w:r>
    </w:p>
    <w:p>
      <w:r>
        <w:t>- Mobile opening and tool handling</w:t>
      </w:r>
    </w:p>
    <w:p/>
    <w:p>
      <w:r>
        <w:t>Work Experience (Experienced Candidates)</w:t>
      </w:r>
    </w:p>
    <w:p>
      <w:r>
        <w:t>Mobile Repair Technician</w:t>
      </w:r>
    </w:p>
    <w:p>
      <w:r>
        <w:t>Company / Shop Name | Location | Duration</w:t>
      </w:r>
    </w:p>
    <w:p>
      <w:r>
        <w:t>- Repaired smartphones and mobile devices efficiently</w:t>
      </w:r>
    </w:p>
    <w:p>
      <w:r>
        <w:t>- Diagnosed hardware and software issues</w:t>
      </w:r>
    </w:p>
    <w:p>
      <w:r>
        <w:t>- Replaced screens, batteries, and connectors</w:t>
      </w:r>
    </w:p>
    <w:p>
      <w:r>
        <w:t>- Handled customer interaction and explained repairs</w:t>
      </w:r>
    </w:p>
    <w:p>
      <w:r>
        <w:t>- Maintained quality and safety standards</w:t>
      </w:r>
    </w:p>
    <w:p/>
    <w:p>
      <w:r>
        <w:t>Work Experience (Freshers)</w:t>
      </w:r>
    </w:p>
    <w:p>
      <w:r>
        <w:t>Trainee Mobile Repair Technician</w:t>
      </w:r>
    </w:p>
    <w:p>
      <w:r>
        <w:t>Training Institute / Workshop | Duration</w:t>
      </w:r>
    </w:p>
    <w:p>
      <w:r>
        <w:t>- Completed practical training in mobile phone repairing</w:t>
      </w:r>
    </w:p>
    <w:p>
      <w:r>
        <w:t>- Worked on common smartphone faults during training</w:t>
      </w:r>
    </w:p>
    <w:p>
      <w:r>
        <w:t>- Learned tool usage and repair procedures</w:t>
      </w:r>
    </w:p>
    <w:p>
      <w:r>
        <w:t>- Assisted in basic hardware and software repairs</w:t>
      </w:r>
    </w:p>
    <w:p/>
    <w:p>
      <w:r>
        <w:t>Education</w:t>
      </w:r>
    </w:p>
    <w:p>
      <w:r>
        <w:t>Highest Qualification: _______________________</w:t>
      </w:r>
    </w:p>
    <w:p>
      <w:r>
        <w:t>School / College: ___________________________</w:t>
      </w:r>
    </w:p>
    <w:p>
      <w:r>
        <w:t>Year of Passing: ____________________________</w:t>
      </w:r>
    </w:p>
    <w:p/>
    <w:p>
      <w:r>
        <w:t>Technical Training / Certificate</w:t>
      </w:r>
    </w:p>
    <w:p>
      <w:r>
        <w:t>Mobile Phone Repairing Course</w:t>
      </w:r>
    </w:p>
    <w:p>
      <w:r>
        <w:t>Institute Name: ___________________________</w:t>
      </w:r>
    </w:p>
    <w:p/>
    <w:p>
      <w:r>
        <w:t>Soft Skills</w:t>
      </w:r>
    </w:p>
    <w:p>
      <w:r>
        <w:t>- Communication skills</w:t>
      </w:r>
    </w:p>
    <w:p>
      <w:r>
        <w:t>- Customer interaction</w:t>
      </w:r>
    </w:p>
    <w:p>
      <w:r>
        <w:t>- Problem-solving skills</w:t>
      </w:r>
    </w:p>
    <w:p>
      <w:r>
        <w:t>- Logical thinking</w:t>
      </w:r>
    </w:p>
    <w:p>
      <w:r>
        <w:t>- Teamwork</w:t>
      </w:r>
    </w:p>
    <w:p>
      <w:r>
        <w:t>- Stress handling</w:t>
      </w:r>
    </w:p>
    <w:p>
      <w:r>
        <w:t>- Professional attitude</w:t>
      </w:r>
    </w:p>
    <w:p>
      <w:r>
        <w:t>- Work ethics</w:t>
      </w:r>
    </w:p>
    <w:p/>
    <w:p>
      <w:r>
        <w:t>Declaration</w:t>
      </w:r>
    </w:p>
    <w:p>
      <w:r>
        <w:t>I hereby declare that the above information is true to the best of my knowledge.</w:t>
      </w:r>
    </w:p>
    <w:p/>
    <w:p>
      <w:r>
        <w:t>Date: ____________</w:t>
      </w:r>
    </w:p>
    <w:p>
      <w:r>
        <w:t>Place: ___________</w:t>
      </w:r>
    </w:p>
    <w:p>
      <w:r>
        <w:t>Signature: 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